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EB" w:rsidRPr="00F05D54" w:rsidRDefault="00BB0BEB" w:rsidP="00BB0BEB">
      <w:pPr>
        <w:pStyle w:val="Hlavika"/>
        <w:spacing w:before="120"/>
        <w:rPr>
          <w:lang w:val="sk-SK"/>
        </w:rPr>
      </w:pPr>
      <w:r w:rsidRPr="00F05D54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E1B71" wp14:editId="44EF859B">
                <wp:simplePos x="0" y="0"/>
                <wp:positionH relativeFrom="column">
                  <wp:posOffset>843280</wp:posOffset>
                </wp:positionH>
                <wp:positionV relativeFrom="paragraph">
                  <wp:posOffset>-3176</wp:posOffset>
                </wp:positionV>
                <wp:extent cx="5897245" cy="981075"/>
                <wp:effectExtent l="0" t="0" r="0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24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BEB" w:rsidRPr="00D73957" w:rsidRDefault="00BB0BEB" w:rsidP="00BB0B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FAKULTNÁ NEMOCNICA NITRA</w:t>
                            </w:r>
                          </w:p>
                          <w:p w:rsidR="00BB0BEB" w:rsidRPr="00D73957" w:rsidRDefault="00BB0BEB" w:rsidP="00BB0B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Gastroenterologické</w:t>
                            </w:r>
                            <w:proofErr w:type="spellEnd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oddelenie</w:t>
                            </w:r>
                            <w:proofErr w:type="spellEnd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Internej</w:t>
                            </w:r>
                            <w:proofErr w:type="spellEnd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kliniky</w:t>
                            </w:r>
                            <w:proofErr w:type="spellEnd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FN Nitra</w:t>
                            </w:r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Špitálska</w:t>
                            </w:r>
                            <w:proofErr w:type="spellEnd"/>
                            <w:r w:rsidRPr="00D739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6, 950 01 Nitra</w:t>
                            </w:r>
                          </w:p>
                          <w:p w:rsidR="00F05D54" w:rsidRDefault="00F05D54" w:rsidP="00BB0B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__________________________________________________________________________</w:t>
                            </w:r>
                          </w:p>
                          <w:p w:rsidR="00F05D54" w:rsidRDefault="00F05D54" w:rsidP="00BB0B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05D54" w:rsidRDefault="00F05D54" w:rsidP="00BB0B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:rsidR="00F05D54" w:rsidRPr="00BB0BEB" w:rsidRDefault="00F05D54" w:rsidP="00BB0BE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</w:t>
                            </w:r>
                          </w:p>
                          <w:p w:rsidR="00BB0BEB" w:rsidRDefault="00BB0BEB" w:rsidP="00BB0BE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479BC">
                              <w:rPr>
                                <w:b/>
                                <w:bCs/>
                              </w:rPr>
                              <w:t>______________________________</w:t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</w:r>
                            <w:r w:rsidRPr="009479BC">
                              <w:rPr>
                                <w:b/>
                                <w:bCs/>
                              </w:rPr>
                              <w:softHyphen/>
                              <w:t>______</w:t>
                            </w:r>
                            <w:r>
                              <w:rPr>
                                <w:b/>
                                <w:bCs/>
                              </w:rPr>
                              <w:t>______________________________</w:t>
                            </w:r>
                          </w:p>
                          <w:p w:rsidR="00BB0BEB" w:rsidRDefault="00BB0BEB" w:rsidP="00BB0BE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B0BEB" w:rsidRDefault="00BB0BEB" w:rsidP="00BB0BE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B0BEB" w:rsidRPr="009479BC" w:rsidRDefault="00BB0BEB" w:rsidP="00BB0BE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B0BEB" w:rsidRPr="009479BC" w:rsidRDefault="00BB0BEB" w:rsidP="00BB0BE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B0BEB" w:rsidRDefault="00BB0BEB" w:rsidP="00BB0BEB"/>
                          <w:p w:rsidR="00BB0BEB" w:rsidRDefault="00BB0BEB" w:rsidP="00BB0BEB">
                            <w:pPr>
                              <w:spacing w:after="0"/>
                            </w:pPr>
                          </w:p>
                          <w:p w:rsidR="00BB0BEB" w:rsidRDefault="00BB0BEB" w:rsidP="00BB0BEB"/>
                          <w:p w:rsidR="00BB0BEB" w:rsidRDefault="00BB0BEB" w:rsidP="00BB0BEB"/>
                          <w:p w:rsidR="00BB0BEB" w:rsidRDefault="00BB0BEB" w:rsidP="00BB0BEB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E1B7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6.4pt;margin-top:-.25pt;width:464.3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" filled="f" stroked="f">
                <v:textbox>
                  <w:txbxContent>
                    <w:p w:rsidR="00BB0BEB" w:rsidRPr="00D73957" w:rsidRDefault="00BB0BEB" w:rsidP="00BB0BE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FAKULTNÁ NEMOCNICA NITRA</w:t>
                      </w:r>
                    </w:p>
                    <w:p w:rsidR="00BB0BEB" w:rsidRPr="00D73957" w:rsidRDefault="00BB0BEB" w:rsidP="00BB0BE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Gastroenterologické</w:t>
                      </w:r>
                      <w:proofErr w:type="spellEnd"/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oddelenie </w:t>
                      </w:r>
                      <w:proofErr w:type="spellStart"/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Internej</w:t>
                      </w:r>
                      <w:proofErr w:type="spellEnd"/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kliniky</w:t>
                      </w:r>
                      <w:proofErr w:type="spellEnd"/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FN Nitra</w:t>
                      </w:r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Špitálska</w:t>
                      </w:r>
                      <w:proofErr w:type="spellEnd"/>
                      <w:r w:rsidRPr="00D7395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6, 950 01 Nitra</w:t>
                      </w:r>
                    </w:p>
                    <w:p w:rsidR="00F05D54" w:rsidRDefault="00F05D54" w:rsidP="00BB0BE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__________________________________________________________________________</w:t>
                      </w:r>
                    </w:p>
                    <w:p w:rsidR="00F05D54" w:rsidRDefault="00F05D54" w:rsidP="00BB0BE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05D54" w:rsidRDefault="00F05D54" w:rsidP="00BB0BE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</w:p>
                    <w:p w:rsidR="00F05D54" w:rsidRPr="00BB0BEB" w:rsidRDefault="00F05D54" w:rsidP="00BB0BE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__________________________________________________</w:t>
                      </w:r>
                    </w:p>
                    <w:p w:rsidR="00BB0BEB" w:rsidRDefault="00BB0BEB" w:rsidP="00BB0BEB">
                      <w:pPr>
                        <w:rPr>
                          <w:b/>
                          <w:bCs/>
                        </w:rPr>
                      </w:pPr>
                      <w:r w:rsidRPr="009479BC">
                        <w:rPr>
                          <w:b/>
                          <w:bCs/>
                        </w:rPr>
                        <w:t>______________________________</w:t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</w:r>
                      <w:r w:rsidRPr="009479BC">
                        <w:rPr>
                          <w:b/>
                          <w:bCs/>
                        </w:rPr>
                        <w:softHyphen/>
                        <w:t>______</w:t>
                      </w:r>
                      <w:r>
                        <w:rPr>
                          <w:b/>
                          <w:bCs/>
                        </w:rPr>
                        <w:t>______________________________</w:t>
                      </w:r>
                    </w:p>
                    <w:p w:rsidR="00BB0BEB" w:rsidRDefault="00BB0BEB" w:rsidP="00BB0BEB">
                      <w:pPr>
                        <w:rPr>
                          <w:b/>
                          <w:bCs/>
                        </w:rPr>
                      </w:pPr>
                    </w:p>
                    <w:p w:rsidR="00BB0BEB" w:rsidRDefault="00BB0BEB" w:rsidP="00BB0BEB">
                      <w:pPr>
                        <w:rPr>
                          <w:b/>
                          <w:bCs/>
                        </w:rPr>
                      </w:pPr>
                    </w:p>
                    <w:p w:rsidR="00BB0BEB" w:rsidRPr="009479BC" w:rsidRDefault="00BB0BEB" w:rsidP="00BB0BEB">
                      <w:pPr>
                        <w:rPr>
                          <w:b/>
                          <w:bCs/>
                        </w:rPr>
                      </w:pPr>
                    </w:p>
                    <w:p w:rsidR="00BB0BEB" w:rsidRPr="009479BC" w:rsidRDefault="00BB0BEB" w:rsidP="00BB0BEB">
                      <w:pPr>
                        <w:rPr>
                          <w:b/>
                          <w:bCs/>
                        </w:rPr>
                      </w:pPr>
                    </w:p>
                    <w:p w:rsidR="00BB0BEB" w:rsidRDefault="00BB0BEB" w:rsidP="00BB0BEB"/>
                    <w:p w:rsidR="00BB0BEB" w:rsidRDefault="00BB0BEB" w:rsidP="00BB0BEB">
                      <w:pPr>
                        <w:spacing w:after="0"/>
                      </w:pPr>
                    </w:p>
                    <w:p w:rsidR="00BB0BEB" w:rsidRDefault="00BB0BEB" w:rsidP="00BB0BEB"/>
                    <w:p w:rsidR="00BB0BEB" w:rsidRDefault="00BB0BEB" w:rsidP="00BB0BEB"/>
                    <w:p w:rsidR="00BB0BEB" w:rsidRDefault="00BB0BEB" w:rsidP="00BB0BEB">
                      <w:pPr>
                        <w:rPr>
                          <w:rFonts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5D54">
        <w:rPr>
          <w:noProof/>
          <w:lang w:val="sk-SK" w:eastAsia="sk-SK"/>
        </w:rPr>
        <w:drawing>
          <wp:inline distT="0" distB="0" distL="0" distR="0" wp14:anchorId="33E5770E" wp14:editId="05153592">
            <wp:extent cx="708660" cy="772050"/>
            <wp:effectExtent l="0" t="0" r="0" b="9525"/>
            <wp:docPr id="1" name="Obrázo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0" cy="78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7483"/>
      </w:tblGrid>
      <w:tr w:rsidR="006F4833" w:rsidRPr="00F05D54">
        <w:trPr>
          <w:jc w:val="center"/>
        </w:trPr>
        <w:tc>
          <w:tcPr>
            <w:tcW w:w="1701" w:type="dxa"/>
            <w:vAlign w:val="center"/>
          </w:tcPr>
          <w:p w:rsidR="006F4833" w:rsidRPr="00F05D54" w:rsidRDefault="006F4833">
            <w:pPr>
              <w:jc w:val="center"/>
              <w:rPr>
                <w:lang w:val="sk-SK"/>
              </w:rPr>
            </w:pPr>
          </w:p>
        </w:tc>
        <w:tc>
          <w:tcPr>
            <w:tcW w:w="7483" w:type="dxa"/>
            <w:vAlign w:val="center"/>
          </w:tcPr>
          <w:p w:rsidR="0016555B" w:rsidRPr="00F05D54" w:rsidRDefault="0016555B">
            <w:pPr>
              <w:jc w:val="center"/>
              <w:rPr>
                <w:b/>
                <w:lang w:val="sk-SK"/>
              </w:rPr>
            </w:pPr>
          </w:p>
        </w:tc>
      </w:tr>
    </w:tbl>
    <w:p w:rsidR="006F4833" w:rsidRPr="00F05D54" w:rsidRDefault="0016555B">
      <w:pPr>
        <w:spacing w:after="60"/>
        <w:jc w:val="center"/>
        <w:rPr>
          <w:lang w:val="sk-SK"/>
        </w:rPr>
      </w:pPr>
      <w:r w:rsidRPr="00F05D54">
        <w:rPr>
          <w:b/>
          <w:lang w:val="sk-SK"/>
        </w:rPr>
        <w:t>INFORMOVANÝ SÚHLAS PACIENTA (ZÁKONNÉHO ZÁSTUPCU)</w:t>
      </w:r>
      <w:r w:rsidRPr="00F05D54">
        <w:rPr>
          <w:b/>
          <w:lang w:val="sk-SK"/>
        </w:rPr>
        <w:br/>
        <w:t>S POSKYTNUTÍM ZDRAVOTNEJ STAROSTLIVOSTI / ZDRAVOTNÉHO VÝKONU</w:t>
      </w:r>
    </w:p>
    <w:p w:rsidR="006F4833" w:rsidRPr="00F05D54" w:rsidRDefault="0016555B">
      <w:pPr>
        <w:spacing w:after="120"/>
        <w:jc w:val="center"/>
        <w:rPr>
          <w:lang w:val="sk-SK"/>
        </w:rPr>
      </w:pPr>
      <w:r w:rsidRPr="00F05D54">
        <w:rPr>
          <w:b/>
          <w:lang w:val="sk-SK"/>
        </w:rPr>
        <w:t>KAPSULOVÁ ENTEROSKOPIA</w:t>
      </w:r>
    </w:p>
    <w:p w:rsidR="006F4833" w:rsidRPr="00F05D54" w:rsidRDefault="0016555B">
      <w:pPr>
        <w:spacing w:before="80" w:after="40"/>
        <w:rPr>
          <w:lang w:val="sk-SK"/>
        </w:rPr>
      </w:pPr>
      <w:r w:rsidRPr="00F05D54">
        <w:rPr>
          <w:b/>
          <w:sz w:val="21"/>
          <w:lang w:val="sk-SK"/>
        </w:rPr>
        <w:t>Identifikačné údaje pacienta</w:t>
      </w:r>
    </w:p>
    <w:p w:rsidR="006F4833" w:rsidRPr="00F05D54" w:rsidRDefault="0016555B">
      <w:pPr>
        <w:spacing w:after="20"/>
        <w:rPr>
          <w:lang w:val="sk-SK"/>
        </w:rPr>
      </w:pPr>
      <w:r w:rsidRPr="00F05D54">
        <w:rPr>
          <w:lang w:val="sk-SK"/>
        </w:rPr>
        <w:t>Meno a priezvisko: ...............................................................................   Rodné číslo / dátum narodenia: ................................</w:t>
      </w:r>
    </w:p>
    <w:p w:rsidR="006F4833" w:rsidRPr="00F05D54" w:rsidRDefault="0016555B">
      <w:pPr>
        <w:spacing w:after="20"/>
        <w:rPr>
          <w:lang w:val="sk-SK"/>
        </w:rPr>
      </w:pPr>
      <w:r w:rsidRPr="00F05D54">
        <w:rPr>
          <w:lang w:val="sk-SK"/>
        </w:rPr>
        <w:t>Adresa trvalého pobytu: ...........................................................................................................................................</w:t>
      </w:r>
    </w:p>
    <w:p w:rsidR="006F4833" w:rsidRPr="00F05D54" w:rsidRDefault="0016555B">
      <w:pPr>
        <w:spacing w:after="20"/>
        <w:rPr>
          <w:lang w:val="sk-SK"/>
        </w:rPr>
      </w:pPr>
      <w:r w:rsidRPr="00F05D54">
        <w:rPr>
          <w:lang w:val="sk-SK"/>
        </w:rPr>
        <w:t>Zdravotná poisťovňa: ............................................................   Číslo poistenca: ............................................................</w:t>
      </w:r>
    </w:p>
    <w:p w:rsidR="006F4833" w:rsidRPr="00F05D54" w:rsidRDefault="0016555B">
      <w:pPr>
        <w:spacing w:before="80" w:after="40"/>
        <w:rPr>
          <w:lang w:val="sk-SK"/>
        </w:rPr>
      </w:pPr>
      <w:r w:rsidRPr="00F05D54">
        <w:rPr>
          <w:b/>
          <w:sz w:val="21"/>
          <w:lang w:val="sk-SK"/>
        </w:rPr>
        <w:t>Zákonný zástupca (ak je relevantné)</w:t>
      </w:r>
    </w:p>
    <w:p w:rsidR="006F4833" w:rsidRPr="00F05D54" w:rsidRDefault="0016555B">
      <w:pPr>
        <w:spacing w:after="20"/>
        <w:rPr>
          <w:lang w:val="sk-SK"/>
        </w:rPr>
      </w:pPr>
      <w:r w:rsidRPr="00F05D54">
        <w:rPr>
          <w:lang w:val="sk-SK"/>
        </w:rPr>
        <w:t>Meno a priezvisko: ...............................................................................   Dátum narodenia: .......................................................</w:t>
      </w:r>
    </w:p>
    <w:p w:rsidR="006F4833" w:rsidRPr="00F05D54" w:rsidRDefault="0016555B">
      <w:pPr>
        <w:spacing w:after="20"/>
        <w:rPr>
          <w:lang w:val="sk-SK"/>
        </w:rPr>
      </w:pPr>
      <w:r w:rsidRPr="00F05D54">
        <w:rPr>
          <w:lang w:val="sk-SK"/>
        </w:rPr>
        <w:t>Adresa: ....................................................................................................   Vzťah k pacientovi: .................................................</w:t>
      </w:r>
    </w:p>
    <w:p w:rsidR="006F4833" w:rsidRPr="00F05D54" w:rsidRDefault="0016555B">
      <w:pPr>
        <w:spacing w:before="80" w:after="40"/>
        <w:rPr>
          <w:lang w:val="sk-SK"/>
        </w:rPr>
      </w:pPr>
      <w:r w:rsidRPr="00F05D54">
        <w:rPr>
          <w:b/>
          <w:sz w:val="21"/>
          <w:lang w:val="sk-SK"/>
        </w:rPr>
        <w:t>Svedok pri prejave súhlasu, ak pacient nemôže súhlas podpísať</w:t>
      </w:r>
    </w:p>
    <w:p w:rsidR="006F4833" w:rsidRPr="00F05D54" w:rsidRDefault="0016555B">
      <w:pPr>
        <w:spacing w:after="20"/>
        <w:rPr>
          <w:lang w:val="sk-SK"/>
        </w:rPr>
      </w:pPr>
      <w:r w:rsidRPr="00F05D54">
        <w:rPr>
          <w:lang w:val="sk-SK"/>
        </w:rPr>
        <w:t>Meno a priezvisko: ...............................................................................   Dátum narodenia: .......................................................</w:t>
      </w:r>
    </w:p>
    <w:p w:rsidR="006F4833" w:rsidRPr="00F05D54" w:rsidRDefault="0016555B">
      <w:pPr>
        <w:spacing w:after="20"/>
        <w:rPr>
          <w:lang w:val="sk-SK"/>
        </w:rPr>
      </w:pPr>
      <w:r w:rsidRPr="00F05D54">
        <w:rPr>
          <w:lang w:val="sk-SK"/>
        </w:rPr>
        <w:t>Dôvod: ............................................................................................  Spôsob prejavu vôle: ...................................................</w:t>
      </w:r>
    </w:p>
    <w:p w:rsidR="006F4833" w:rsidRPr="00F05D54" w:rsidRDefault="0016555B" w:rsidP="00711AEE">
      <w:pPr>
        <w:spacing w:after="40"/>
        <w:jc w:val="both"/>
        <w:rPr>
          <w:lang w:val="sk-SK"/>
        </w:rPr>
      </w:pPr>
      <w:r w:rsidRPr="00F05D54">
        <w:rPr>
          <w:b/>
          <w:lang w:val="sk-SK"/>
        </w:rPr>
        <w:t>Vážená pani, vážený pán,</w:t>
      </w:r>
    </w:p>
    <w:p w:rsidR="006F4833" w:rsidRPr="00F05D54" w:rsidRDefault="0016555B" w:rsidP="00711AEE">
      <w:pPr>
        <w:spacing w:after="40"/>
        <w:jc w:val="both"/>
        <w:rPr>
          <w:lang w:val="sk-SK"/>
        </w:rPr>
      </w:pPr>
      <w:r w:rsidRPr="00F05D54">
        <w:rPr>
          <w:lang w:val="sk-SK"/>
        </w:rPr>
        <w:t xml:space="preserve">Na základe zhodnotenia Vašich ťažkostí a vykonaných vyšetrení Vám bolo odporučené vyšetrenie nazývané </w:t>
      </w:r>
      <w:proofErr w:type="spellStart"/>
      <w:r w:rsidRPr="00F05D54">
        <w:rPr>
          <w:lang w:val="sk-SK"/>
        </w:rPr>
        <w:t>kapsulová</w:t>
      </w:r>
      <w:proofErr w:type="spellEnd"/>
      <w:r w:rsidRPr="00F05D54">
        <w:rPr>
          <w:lang w:val="sk-SK"/>
        </w:rPr>
        <w:t xml:space="preserve"> </w:t>
      </w:r>
      <w:proofErr w:type="spellStart"/>
      <w:r w:rsidRPr="00F05D54">
        <w:rPr>
          <w:lang w:val="sk-SK"/>
        </w:rPr>
        <w:t>enteroskopia</w:t>
      </w:r>
      <w:proofErr w:type="spellEnd"/>
      <w:r w:rsidRPr="00F05D54">
        <w:rPr>
          <w:lang w:val="sk-SK"/>
        </w:rPr>
        <w:t>. Pred udelením súhlasu máte právo dostať zrozumiteľné informácie o povahe, účele, prínose, rizikách a alternatívach výkonu a klásť otázky.</w:t>
      </w:r>
    </w:p>
    <w:p w:rsidR="006F4833" w:rsidRPr="00F05D54" w:rsidRDefault="0016555B" w:rsidP="00711AEE">
      <w:pPr>
        <w:spacing w:before="80" w:after="40"/>
        <w:jc w:val="both"/>
        <w:rPr>
          <w:lang w:val="sk-SK"/>
        </w:rPr>
      </w:pPr>
      <w:r w:rsidRPr="00F05D54">
        <w:rPr>
          <w:b/>
          <w:sz w:val="21"/>
          <w:lang w:val="sk-SK"/>
        </w:rPr>
        <w:t xml:space="preserve">Čo je </w:t>
      </w:r>
      <w:proofErr w:type="spellStart"/>
      <w:r w:rsidRPr="00F05D54">
        <w:rPr>
          <w:b/>
          <w:sz w:val="21"/>
          <w:lang w:val="sk-SK"/>
        </w:rPr>
        <w:t>kapsulová</w:t>
      </w:r>
      <w:proofErr w:type="spellEnd"/>
      <w:r w:rsidRPr="00F05D54">
        <w:rPr>
          <w:b/>
          <w:sz w:val="21"/>
          <w:lang w:val="sk-SK"/>
        </w:rPr>
        <w:t xml:space="preserve"> </w:t>
      </w:r>
      <w:proofErr w:type="spellStart"/>
      <w:r w:rsidRPr="00F05D54">
        <w:rPr>
          <w:b/>
          <w:sz w:val="21"/>
          <w:lang w:val="sk-SK"/>
        </w:rPr>
        <w:t>enteroskopia</w:t>
      </w:r>
      <w:proofErr w:type="spellEnd"/>
      <w:r w:rsidRPr="00F05D54">
        <w:rPr>
          <w:b/>
          <w:sz w:val="21"/>
          <w:lang w:val="sk-SK"/>
        </w:rPr>
        <w:t>?</w:t>
      </w:r>
    </w:p>
    <w:p w:rsidR="006F4833" w:rsidRPr="00F05D54" w:rsidRDefault="0016555B" w:rsidP="00711AEE">
      <w:pPr>
        <w:spacing w:after="40"/>
        <w:jc w:val="both"/>
        <w:rPr>
          <w:lang w:val="sk-SK"/>
        </w:rPr>
      </w:pPr>
      <w:r w:rsidRPr="00F05D54">
        <w:rPr>
          <w:lang w:val="sk-SK"/>
        </w:rPr>
        <w:t>Ide o neinvazívne, spravidla bezbolestné vyšetrenie sliznice tenkého čreva. Prehltnete jednorazovú kamerovú kapsulu približne veľkosti väčšej tablety. Kapsula počas prechodu tráviacim traktom sníma obraz, ktorý sa prenáša do senzorov a záznamového zariadenia noseného na tele. Kapsula sa obvykle vylúči prirodzene stolicou.</w:t>
      </w:r>
    </w:p>
    <w:p w:rsidR="006F4833" w:rsidRPr="00F05D54" w:rsidRDefault="0016555B" w:rsidP="00711AEE">
      <w:pPr>
        <w:spacing w:before="80" w:after="40"/>
        <w:jc w:val="both"/>
        <w:rPr>
          <w:lang w:val="sk-SK"/>
        </w:rPr>
      </w:pPr>
      <w:r w:rsidRPr="00F05D54">
        <w:rPr>
          <w:b/>
          <w:sz w:val="21"/>
          <w:lang w:val="sk-SK"/>
        </w:rPr>
        <w:t>Účel a obmedzenia výkonu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>Vyšetrenie má pomôcť objasniť ochorenie tenkého čreva, napríklad zdroj krvácania, zápalové zmeny, nádory alebo iné slizničné lézie.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 xml:space="preserve">Kapsula neumožňuje odber </w:t>
      </w:r>
      <w:proofErr w:type="spellStart"/>
      <w:r w:rsidRPr="00F05D54">
        <w:rPr>
          <w:lang w:val="sk-SK"/>
        </w:rPr>
        <w:t>biopsie</w:t>
      </w:r>
      <w:proofErr w:type="spellEnd"/>
      <w:r w:rsidRPr="00F05D54">
        <w:rPr>
          <w:lang w:val="sk-SK"/>
        </w:rPr>
        <w:t xml:space="preserve">, zastavenie krvácania ani iný liečebný zákrok. Nález môže vyžadovať následnú </w:t>
      </w:r>
      <w:proofErr w:type="spellStart"/>
      <w:r w:rsidRPr="00F05D54">
        <w:rPr>
          <w:lang w:val="sk-SK"/>
        </w:rPr>
        <w:t>enteroskopiu</w:t>
      </w:r>
      <w:proofErr w:type="spellEnd"/>
      <w:r w:rsidRPr="00F05D54">
        <w:rPr>
          <w:lang w:val="sk-SK"/>
        </w:rPr>
        <w:t xml:space="preserve">, </w:t>
      </w:r>
      <w:proofErr w:type="spellStart"/>
      <w:r w:rsidRPr="00F05D54">
        <w:rPr>
          <w:lang w:val="sk-SK"/>
        </w:rPr>
        <w:t>endoskopiu</w:t>
      </w:r>
      <w:proofErr w:type="spellEnd"/>
      <w:r w:rsidRPr="00F05D54">
        <w:rPr>
          <w:lang w:val="sk-SK"/>
        </w:rPr>
        <w:t>, zobrazovacie alebo iné vyšetrenie.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>Výsledok môže byť obmedzený nedostatočnou prípravou, neúplným prechodom kapsuly alebo technickou poruchou; nie všetky lézie sa musia zachytiť.</w:t>
      </w:r>
    </w:p>
    <w:p w:rsidR="006F4833" w:rsidRPr="00F05D54" w:rsidRDefault="00E1451E" w:rsidP="00711AEE">
      <w:pPr>
        <w:spacing w:before="80" w:after="40"/>
        <w:jc w:val="both"/>
        <w:rPr>
          <w:lang w:val="sk-SK"/>
        </w:rPr>
      </w:pPr>
      <w:r>
        <w:rPr>
          <w:b/>
          <w:sz w:val="21"/>
          <w:lang w:val="sk-SK"/>
        </w:rPr>
        <w:t>Pokyny pre pacienta, p</w:t>
      </w:r>
      <w:r w:rsidR="0016555B" w:rsidRPr="00F05D54">
        <w:rPr>
          <w:b/>
          <w:sz w:val="21"/>
          <w:lang w:val="sk-SK"/>
        </w:rPr>
        <w:t>ríprava a priebeh</w:t>
      </w:r>
      <w:bookmarkStart w:id="0" w:name="_GoBack"/>
      <w:bookmarkEnd w:id="0"/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>Dodržím individuálne písomné pokyny pracoviska k diéte, príprave čreva a užívaniu liekov. Lieky užijem v čase určenom lekárom, zvyčajne s malým množstvom vody.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>V deň vyšetrenia prídem v pohodlnom dvojdielnom odeve. Po nalepení senzorov a nasadení záznamového zariadenia prehltnem kapsulu podľa pokynov zdravotníckeho pracovníka.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>Po prehltnutí kapsuly nebudem 2 hodiny piť a 4 hodiny jesť, ak mi pracovisko neurčí inak. Záznamové zariadenie ani senzory nebudem odstraňovať alebo odpájať bez pokynu.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>Počas záznamu sa vyhnem intenzívnej fyzickej aktivite, nárazom do záznamového zariadenia a zdrojom silného elektromagnetického poľa.</w:t>
      </w:r>
    </w:p>
    <w:p w:rsidR="006F4833" w:rsidRPr="00F05D54" w:rsidRDefault="0016555B" w:rsidP="00711AEE">
      <w:pPr>
        <w:spacing w:before="80" w:after="40"/>
        <w:jc w:val="both"/>
        <w:rPr>
          <w:lang w:val="sk-SK"/>
        </w:rPr>
      </w:pPr>
      <w:r w:rsidRPr="00F05D54">
        <w:rPr>
          <w:b/>
          <w:sz w:val="21"/>
          <w:lang w:val="sk-SK"/>
        </w:rPr>
        <w:t>Riziká a možné komplikácie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 xml:space="preserve">Najvýznamnejším rizikom je zadržanie kapsuly v zúženom úseku čreva alebo zriedkavo v </w:t>
      </w:r>
      <w:proofErr w:type="spellStart"/>
      <w:r w:rsidRPr="00F05D54">
        <w:rPr>
          <w:lang w:val="sk-SK"/>
        </w:rPr>
        <w:t>divertikule</w:t>
      </w:r>
      <w:proofErr w:type="spellEnd"/>
      <w:r w:rsidRPr="00F05D54">
        <w:rPr>
          <w:lang w:val="sk-SK"/>
        </w:rPr>
        <w:t xml:space="preserve">. Môže si vyžiadať sledovanie, </w:t>
      </w:r>
      <w:proofErr w:type="spellStart"/>
      <w:r w:rsidRPr="00F05D54">
        <w:rPr>
          <w:lang w:val="sk-SK"/>
        </w:rPr>
        <w:t>endoskopické</w:t>
      </w:r>
      <w:proofErr w:type="spellEnd"/>
      <w:r w:rsidRPr="00F05D54">
        <w:rPr>
          <w:lang w:val="sk-SK"/>
        </w:rPr>
        <w:t xml:space="preserve"> vybratie kapsuly alebo chirurgický výkon.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>Zriedkavo môže dôjsť k vdýchnutiu kapsuly, najmä pri poruche prehĺtania.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lastRenderedPageBreak/>
        <w:t>Ak sa po prehltnutí objaví bolesť brucha, nauzea, vracanie, výrazné nafukovanie, nemožnosť odchodu stolice alebo plynov, bezodkladne kontaktujem pracovisko alebo vyhľadám akútnu zdravotnú starostlivosť.</w:t>
      </w:r>
    </w:p>
    <w:p w:rsidR="006F4833" w:rsidRPr="00F05D54" w:rsidRDefault="0016555B" w:rsidP="00711AEE">
      <w:pPr>
        <w:spacing w:before="80" w:after="40"/>
        <w:jc w:val="both"/>
        <w:rPr>
          <w:lang w:val="sk-SK"/>
        </w:rPr>
      </w:pPr>
      <w:r w:rsidRPr="00F05D54">
        <w:rPr>
          <w:b/>
          <w:sz w:val="21"/>
          <w:lang w:val="sk-SK"/>
        </w:rPr>
        <w:t>Osobitné upozornenia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>Magnetickú rezonanciu (MR) nesmiem absolvovať, kým kapsulu jednoznačne nevylúčim stolicou alebo jej neprítomnosť nepotvrdí zdravotnícky pracovník. Pri neistote kontaktujem pracovisko; môže byť potrebné RTG vyšetrenie brucha.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 xml:space="preserve">Oznámim tehotenstvo alebo jeho možnosť, poruchu prehĺtania, črevnú nepriechodnosť alebo </w:t>
      </w:r>
      <w:proofErr w:type="spellStart"/>
      <w:r w:rsidRPr="00F05D54">
        <w:rPr>
          <w:lang w:val="sk-SK"/>
        </w:rPr>
        <w:t>stenózu</w:t>
      </w:r>
      <w:proofErr w:type="spellEnd"/>
      <w:r w:rsidRPr="00F05D54">
        <w:rPr>
          <w:lang w:val="sk-SK"/>
        </w:rPr>
        <w:t xml:space="preserve">, </w:t>
      </w:r>
      <w:proofErr w:type="spellStart"/>
      <w:r w:rsidRPr="00F05D54">
        <w:rPr>
          <w:lang w:val="sk-SK"/>
        </w:rPr>
        <w:t>Crohnovu</w:t>
      </w:r>
      <w:proofErr w:type="spellEnd"/>
      <w:r w:rsidRPr="00F05D54">
        <w:rPr>
          <w:lang w:val="sk-SK"/>
        </w:rPr>
        <w:t xml:space="preserve"> chorobu, predchádzajúce operácie brucha, implantované elektronické zariadenie a všetky užívané lieky a alergie.</w:t>
      </w:r>
    </w:p>
    <w:p w:rsidR="006F4833" w:rsidRPr="00F05D54" w:rsidRDefault="0016555B" w:rsidP="00711AEE">
      <w:pPr>
        <w:pStyle w:val="Zoznamsodrkami"/>
        <w:spacing w:after="20"/>
        <w:jc w:val="both"/>
        <w:rPr>
          <w:lang w:val="sk-SK"/>
        </w:rPr>
      </w:pPr>
      <w:r w:rsidRPr="00F05D54">
        <w:rPr>
          <w:lang w:val="sk-SK"/>
        </w:rPr>
        <w:t xml:space="preserve">Pri podozrení na zúženie čreva môže lekár odporučiť pred kapsulou zobrazovacie vyšetrenie alebo </w:t>
      </w:r>
      <w:proofErr w:type="spellStart"/>
      <w:r w:rsidRPr="00F05D54">
        <w:rPr>
          <w:lang w:val="sk-SK"/>
        </w:rPr>
        <w:t>patency</w:t>
      </w:r>
      <w:proofErr w:type="spellEnd"/>
      <w:r w:rsidRPr="00F05D54">
        <w:rPr>
          <w:lang w:val="sk-SK"/>
        </w:rPr>
        <w:t xml:space="preserve"> kapsulu.</w:t>
      </w:r>
    </w:p>
    <w:p w:rsidR="006F4833" w:rsidRPr="00F05D54" w:rsidRDefault="0016555B" w:rsidP="00711AEE">
      <w:pPr>
        <w:spacing w:before="80" w:after="40"/>
        <w:jc w:val="both"/>
        <w:rPr>
          <w:lang w:val="sk-SK"/>
        </w:rPr>
      </w:pPr>
      <w:r w:rsidRPr="00F05D54">
        <w:rPr>
          <w:b/>
          <w:sz w:val="21"/>
          <w:lang w:val="sk-SK"/>
        </w:rPr>
        <w:t>Alternatívy</w:t>
      </w:r>
    </w:p>
    <w:p w:rsidR="006F4833" w:rsidRPr="00F05D54" w:rsidRDefault="0016555B" w:rsidP="00711AEE">
      <w:pPr>
        <w:spacing w:after="40"/>
        <w:jc w:val="both"/>
        <w:rPr>
          <w:lang w:val="sk-SK"/>
        </w:rPr>
      </w:pPr>
      <w:r w:rsidRPr="00F05D54">
        <w:rPr>
          <w:lang w:val="sk-SK"/>
        </w:rPr>
        <w:t xml:space="preserve">Alternatívami podľa klinickej otázky môžu byť CT alebo MR </w:t>
      </w:r>
      <w:proofErr w:type="spellStart"/>
      <w:r w:rsidRPr="00F05D54">
        <w:rPr>
          <w:lang w:val="sk-SK"/>
        </w:rPr>
        <w:t>enterografia</w:t>
      </w:r>
      <w:proofErr w:type="spellEnd"/>
      <w:r w:rsidRPr="00F05D54">
        <w:rPr>
          <w:lang w:val="sk-SK"/>
        </w:rPr>
        <w:t>/</w:t>
      </w:r>
      <w:proofErr w:type="spellStart"/>
      <w:r w:rsidRPr="00F05D54">
        <w:rPr>
          <w:lang w:val="sk-SK"/>
        </w:rPr>
        <w:t>enteroklýza</w:t>
      </w:r>
      <w:proofErr w:type="spellEnd"/>
      <w:r w:rsidRPr="00F05D54">
        <w:rPr>
          <w:lang w:val="sk-SK"/>
        </w:rPr>
        <w:t xml:space="preserve">, </w:t>
      </w:r>
      <w:proofErr w:type="spellStart"/>
      <w:r w:rsidRPr="00F05D54">
        <w:rPr>
          <w:lang w:val="sk-SK"/>
        </w:rPr>
        <w:t>enteroskopia</w:t>
      </w:r>
      <w:proofErr w:type="spellEnd"/>
      <w:r w:rsidRPr="00F05D54">
        <w:rPr>
          <w:lang w:val="sk-SK"/>
        </w:rPr>
        <w:t xml:space="preserve"> a ďalšie </w:t>
      </w:r>
      <w:proofErr w:type="spellStart"/>
      <w:r w:rsidRPr="00F05D54">
        <w:rPr>
          <w:lang w:val="sk-SK"/>
        </w:rPr>
        <w:t>endoskopické</w:t>
      </w:r>
      <w:proofErr w:type="spellEnd"/>
      <w:r w:rsidRPr="00F05D54">
        <w:rPr>
          <w:lang w:val="sk-SK"/>
        </w:rPr>
        <w:t xml:space="preserve"> či zobrazovacie vyšetrenia. Ich prínosy a riziká sa môžu líšiť; lekár mi vysvetlil, prečo je v mojom prípade odporúčaná </w:t>
      </w:r>
      <w:proofErr w:type="spellStart"/>
      <w:r w:rsidRPr="00F05D54">
        <w:rPr>
          <w:lang w:val="sk-SK"/>
        </w:rPr>
        <w:t>kapsulová</w:t>
      </w:r>
      <w:proofErr w:type="spellEnd"/>
      <w:r w:rsidRPr="00F05D54">
        <w:rPr>
          <w:lang w:val="sk-SK"/>
        </w:rPr>
        <w:t xml:space="preserve"> </w:t>
      </w:r>
      <w:proofErr w:type="spellStart"/>
      <w:r w:rsidRPr="00F05D54">
        <w:rPr>
          <w:lang w:val="sk-SK"/>
        </w:rPr>
        <w:t>enteroskopia</w:t>
      </w:r>
      <w:proofErr w:type="spellEnd"/>
      <w:r w:rsidRPr="00F05D54">
        <w:rPr>
          <w:lang w:val="sk-SK"/>
        </w:rPr>
        <w:t>.</w:t>
      </w:r>
    </w:p>
    <w:p w:rsidR="006F4833" w:rsidRPr="00F05D54" w:rsidRDefault="0016555B" w:rsidP="00711AEE">
      <w:pPr>
        <w:spacing w:before="80" w:after="40"/>
        <w:jc w:val="both"/>
        <w:rPr>
          <w:lang w:val="sk-SK"/>
        </w:rPr>
      </w:pPr>
      <w:r w:rsidRPr="00F05D54">
        <w:rPr>
          <w:b/>
          <w:sz w:val="21"/>
          <w:lang w:val="sk-SK"/>
        </w:rPr>
        <w:t>Vyhlásenie lekára</w:t>
      </w:r>
    </w:p>
    <w:p w:rsidR="006F4833" w:rsidRPr="00F05D54" w:rsidRDefault="0016555B" w:rsidP="00711AEE">
      <w:pPr>
        <w:spacing w:after="40"/>
        <w:jc w:val="both"/>
        <w:rPr>
          <w:lang w:val="sk-SK"/>
        </w:rPr>
      </w:pPr>
      <w:r w:rsidRPr="00F05D54">
        <w:rPr>
          <w:lang w:val="sk-SK"/>
        </w:rPr>
        <w:t xml:space="preserve">Vyhlasujem, že som pacienta/zákonného zástupcu zrozumiteľne informoval/a o zdravotnom stave, navrhovanom výkone, jeho účele, prínosoch, rizikách, možných komplikáciách, alternatívach a následkoch odmietnutia výkonu. Poskytol/a som priestor na otázky a odpovedal/a som na </w:t>
      </w:r>
      <w:proofErr w:type="spellStart"/>
      <w:r w:rsidRPr="00F05D54">
        <w:rPr>
          <w:lang w:val="sk-SK"/>
        </w:rPr>
        <w:t>ne</w:t>
      </w:r>
      <w:proofErr w:type="spellEnd"/>
      <w:r w:rsidRPr="00F05D54">
        <w:rPr>
          <w:lang w:val="sk-SK"/>
        </w:rPr>
        <w:t>.</w:t>
      </w:r>
    </w:p>
    <w:p w:rsidR="006F4833" w:rsidRPr="00F05D54" w:rsidRDefault="0016555B" w:rsidP="00711AEE">
      <w:pPr>
        <w:spacing w:after="140"/>
        <w:jc w:val="both"/>
        <w:rPr>
          <w:lang w:val="sk-SK"/>
        </w:rPr>
      </w:pPr>
      <w:r w:rsidRPr="00F05D54">
        <w:rPr>
          <w:lang w:val="sk-SK"/>
        </w:rPr>
        <w:t>V Nitre, dňa: ..............................................    Meno, podpis a pečiatka lekára: ........................................................................</w:t>
      </w:r>
    </w:p>
    <w:p w:rsidR="006F4833" w:rsidRPr="00F05D54" w:rsidRDefault="0016555B" w:rsidP="00711AEE">
      <w:pPr>
        <w:spacing w:before="80" w:after="40"/>
        <w:jc w:val="both"/>
        <w:rPr>
          <w:lang w:val="sk-SK"/>
        </w:rPr>
      </w:pPr>
      <w:r w:rsidRPr="00F05D54">
        <w:rPr>
          <w:b/>
          <w:sz w:val="21"/>
          <w:lang w:val="sk-SK"/>
        </w:rPr>
        <w:t>Súhlas pacienta (zákonného zástupcu)</w:t>
      </w:r>
    </w:p>
    <w:p w:rsidR="006F4833" w:rsidRPr="00F05D54" w:rsidRDefault="0016555B" w:rsidP="00711AEE">
      <w:pPr>
        <w:spacing w:after="40"/>
        <w:jc w:val="both"/>
        <w:rPr>
          <w:lang w:val="sk-SK"/>
        </w:rPr>
      </w:pPr>
      <w:r w:rsidRPr="00F05D54">
        <w:rPr>
          <w:lang w:val="sk-SK"/>
        </w:rPr>
        <w:t xml:space="preserve">Potvrdzujem, že som bol/a zrozumiteľne poučený/á o navrhovanej </w:t>
      </w:r>
      <w:proofErr w:type="spellStart"/>
      <w:r w:rsidRPr="00F05D54">
        <w:rPr>
          <w:lang w:val="sk-SK"/>
        </w:rPr>
        <w:t>kapsulovej</w:t>
      </w:r>
      <w:proofErr w:type="spellEnd"/>
      <w:r w:rsidRPr="00F05D54">
        <w:rPr>
          <w:lang w:val="sk-SK"/>
        </w:rPr>
        <w:t xml:space="preserve"> </w:t>
      </w:r>
      <w:proofErr w:type="spellStart"/>
      <w:r w:rsidRPr="00F05D54">
        <w:rPr>
          <w:lang w:val="sk-SK"/>
        </w:rPr>
        <w:t>enteroskopii</w:t>
      </w:r>
      <w:proofErr w:type="spellEnd"/>
      <w:r w:rsidRPr="00F05D54">
        <w:rPr>
          <w:lang w:val="sk-SK"/>
        </w:rPr>
        <w:t xml:space="preserve">, jej účele, povahe, očakávanom prínose, rizikách, alternatívach a následkoch odmietnutia. Mal/a som možnosť klásť otázky a odpovede som pochopil/a. Dobrovoľne súhlasím s vykonaním </w:t>
      </w:r>
      <w:proofErr w:type="spellStart"/>
      <w:r w:rsidRPr="00F05D54">
        <w:rPr>
          <w:lang w:val="sk-SK"/>
        </w:rPr>
        <w:t>kapsulovej</w:t>
      </w:r>
      <w:proofErr w:type="spellEnd"/>
      <w:r w:rsidRPr="00F05D54">
        <w:rPr>
          <w:lang w:val="sk-SK"/>
        </w:rPr>
        <w:t xml:space="preserve"> </w:t>
      </w:r>
      <w:proofErr w:type="spellStart"/>
      <w:r w:rsidRPr="00F05D54">
        <w:rPr>
          <w:lang w:val="sk-SK"/>
        </w:rPr>
        <w:t>enteroskopie</w:t>
      </w:r>
      <w:proofErr w:type="spellEnd"/>
      <w:r w:rsidRPr="00F05D54">
        <w:rPr>
          <w:lang w:val="sk-SK"/>
        </w:rPr>
        <w:t>. Súčasne potvrdzujem, že som uviedol/uviedla všetky známe údaje, ktoré môžu ovplyvniť bezpečnosť výkonu.</w:t>
      </w:r>
    </w:p>
    <w:p w:rsidR="006F4833" w:rsidRPr="00F05D54" w:rsidRDefault="0016555B" w:rsidP="00711AEE">
      <w:pPr>
        <w:spacing w:after="120"/>
        <w:jc w:val="both"/>
        <w:rPr>
          <w:lang w:val="sk-SK"/>
        </w:rPr>
      </w:pPr>
      <w:r w:rsidRPr="00F05D54">
        <w:rPr>
          <w:lang w:val="sk-SK"/>
        </w:rPr>
        <w:t xml:space="preserve">☐ Súhlasím s vykonaním </w:t>
      </w:r>
      <w:proofErr w:type="spellStart"/>
      <w:r w:rsidRPr="00F05D54">
        <w:rPr>
          <w:lang w:val="sk-SK"/>
        </w:rPr>
        <w:t>kapsulovej</w:t>
      </w:r>
      <w:proofErr w:type="spellEnd"/>
      <w:r w:rsidRPr="00F05D54">
        <w:rPr>
          <w:lang w:val="sk-SK"/>
        </w:rPr>
        <w:t xml:space="preserve"> </w:t>
      </w:r>
      <w:proofErr w:type="spellStart"/>
      <w:r w:rsidRPr="00F05D54">
        <w:rPr>
          <w:lang w:val="sk-SK"/>
        </w:rPr>
        <w:t>enteroskopie</w:t>
      </w:r>
      <w:proofErr w:type="spellEnd"/>
      <w:r w:rsidRPr="00F05D54">
        <w:rPr>
          <w:lang w:val="sk-SK"/>
        </w:rPr>
        <w:t xml:space="preserve">.     ☐ Nesúhlasím s vykonaním </w:t>
      </w:r>
      <w:proofErr w:type="spellStart"/>
      <w:r w:rsidRPr="00F05D54">
        <w:rPr>
          <w:lang w:val="sk-SK"/>
        </w:rPr>
        <w:t>kapsulovej</w:t>
      </w:r>
      <w:proofErr w:type="spellEnd"/>
      <w:r w:rsidRPr="00F05D54">
        <w:rPr>
          <w:lang w:val="sk-SK"/>
        </w:rPr>
        <w:t xml:space="preserve"> </w:t>
      </w:r>
      <w:proofErr w:type="spellStart"/>
      <w:r w:rsidRPr="00F05D54">
        <w:rPr>
          <w:lang w:val="sk-SK"/>
        </w:rPr>
        <w:t>enteroskopie</w:t>
      </w:r>
      <w:proofErr w:type="spellEnd"/>
      <w:r w:rsidRPr="00F05D54">
        <w:rPr>
          <w:lang w:val="sk-SK"/>
        </w:rPr>
        <w:t>.</w:t>
      </w:r>
    </w:p>
    <w:p w:rsidR="006F4833" w:rsidRPr="00F05D54" w:rsidRDefault="0016555B" w:rsidP="00711AEE">
      <w:pPr>
        <w:spacing w:after="120"/>
        <w:jc w:val="both"/>
        <w:rPr>
          <w:lang w:val="sk-SK"/>
        </w:rPr>
      </w:pPr>
      <w:r w:rsidRPr="00F05D54">
        <w:rPr>
          <w:lang w:val="sk-SK"/>
        </w:rPr>
        <w:t>V Nitre, dňa: ..............................................    Podpis pacienta / zákonného zástupcu / svedka: ...............................................</w:t>
      </w:r>
    </w:p>
    <w:p w:rsidR="005F6CCA" w:rsidRPr="00F05D54" w:rsidRDefault="005F6CCA" w:rsidP="00711AEE">
      <w:pPr>
        <w:spacing w:after="120"/>
        <w:jc w:val="both"/>
        <w:rPr>
          <w:b/>
          <w:sz w:val="21"/>
          <w:szCs w:val="21"/>
          <w:lang w:val="sk-SK"/>
        </w:rPr>
      </w:pPr>
    </w:p>
    <w:p w:rsidR="005F6CCA" w:rsidRPr="00F05D54" w:rsidRDefault="005F6CCA" w:rsidP="00711AEE">
      <w:pPr>
        <w:spacing w:after="120"/>
        <w:jc w:val="both"/>
        <w:rPr>
          <w:b/>
          <w:sz w:val="21"/>
          <w:szCs w:val="21"/>
          <w:lang w:val="sk-SK"/>
        </w:rPr>
      </w:pPr>
      <w:r w:rsidRPr="00F05D54">
        <w:rPr>
          <w:b/>
          <w:sz w:val="21"/>
          <w:szCs w:val="21"/>
          <w:lang w:val="sk-SK"/>
        </w:rPr>
        <w:t xml:space="preserve"> Ochrana osobných údajov</w:t>
      </w:r>
    </w:p>
    <w:p w:rsidR="00D73957" w:rsidRDefault="005F6CCA" w:rsidP="00E1451E">
      <w:pPr>
        <w:spacing w:after="120"/>
      </w:pPr>
      <w:r w:rsidRPr="00F05D54">
        <w:rPr>
          <w:lang w:val="sk-SK"/>
        </w:rPr>
        <w:t>Beriem na vedomie, že Fakultná nemocnica Nitra spracúva moje osobné údaje vrátane údajov o mojom zdravotnom stave v rozsahu nevyhnutnom na poskytnutie zdravotnej starostlivosti, vedenie a uchovávanie zdravotnej dokumentácie a plnenie zákonných povinností poskytovateľa zdravotnej starostlivosti.</w:t>
      </w:r>
      <w:r w:rsidR="00D73957" w:rsidRPr="00D73957">
        <w:t xml:space="preserve"> </w:t>
      </w:r>
      <w:proofErr w:type="spellStart"/>
      <w:r w:rsidR="00D73957">
        <w:t>Informácie</w:t>
      </w:r>
      <w:proofErr w:type="spellEnd"/>
      <w:r w:rsidR="00D73957">
        <w:t xml:space="preserve"> o </w:t>
      </w:r>
      <w:proofErr w:type="spellStart"/>
      <w:r w:rsidR="00D73957">
        <w:t>spracúvaní</w:t>
      </w:r>
      <w:proofErr w:type="spellEnd"/>
      <w:r w:rsidR="00D73957">
        <w:t xml:space="preserve"> </w:t>
      </w:r>
      <w:proofErr w:type="spellStart"/>
      <w:r w:rsidR="00D73957">
        <w:t>osobných</w:t>
      </w:r>
      <w:proofErr w:type="spellEnd"/>
      <w:r w:rsidR="00D73957">
        <w:t xml:space="preserve"> </w:t>
      </w:r>
      <w:proofErr w:type="spellStart"/>
      <w:r w:rsidR="00D73957">
        <w:t>údajov</w:t>
      </w:r>
      <w:proofErr w:type="spellEnd"/>
      <w:r w:rsidR="00D73957">
        <w:t xml:space="preserve"> </w:t>
      </w:r>
      <w:proofErr w:type="spellStart"/>
      <w:r w:rsidR="00D73957">
        <w:t>sú</w:t>
      </w:r>
      <w:proofErr w:type="spellEnd"/>
      <w:r w:rsidR="00D73957">
        <w:t xml:space="preserve"> </w:t>
      </w:r>
      <w:proofErr w:type="spellStart"/>
      <w:r w:rsidR="00D73957">
        <w:t>dostupné</w:t>
      </w:r>
      <w:proofErr w:type="spellEnd"/>
      <w:r w:rsidR="00D73957">
        <w:t xml:space="preserve"> </w:t>
      </w:r>
      <w:proofErr w:type="spellStart"/>
      <w:proofErr w:type="gramStart"/>
      <w:r w:rsidR="00D73957">
        <w:t>na</w:t>
      </w:r>
      <w:proofErr w:type="spellEnd"/>
      <w:proofErr w:type="gramEnd"/>
      <w:r w:rsidR="00D73957">
        <w:t xml:space="preserve"> </w:t>
      </w:r>
      <w:proofErr w:type="spellStart"/>
      <w:r w:rsidR="00D73957">
        <w:t>webovom</w:t>
      </w:r>
      <w:proofErr w:type="spellEnd"/>
      <w:r w:rsidR="00D73957">
        <w:t xml:space="preserve"> sidle </w:t>
      </w:r>
      <w:proofErr w:type="spellStart"/>
      <w:r w:rsidR="00D73957">
        <w:t>prevádzkovateľa</w:t>
      </w:r>
      <w:proofErr w:type="spellEnd"/>
      <w:r w:rsidR="00D73957">
        <w:t xml:space="preserve">: </w:t>
      </w:r>
      <w:hyperlink r:id="rId9" w:history="1">
        <w:r w:rsidR="00D73957" w:rsidRPr="00D8145A">
          <w:rPr>
            <w:rStyle w:val="Hypertextovprepojenie"/>
          </w:rPr>
          <w:t>www.fnnitra.sk</w:t>
        </w:r>
      </w:hyperlink>
      <w:r w:rsidR="00D73957">
        <w:t xml:space="preserve"> v </w:t>
      </w:r>
      <w:proofErr w:type="spellStart"/>
      <w:r w:rsidR="00D73957">
        <w:t>s</w:t>
      </w:r>
      <w:r w:rsidR="00E1451E">
        <w:t>ekcii</w:t>
      </w:r>
      <w:proofErr w:type="spellEnd"/>
      <w:r w:rsidR="00E1451E">
        <w:t xml:space="preserve"> </w:t>
      </w:r>
      <w:proofErr w:type="spellStart"/>
      <w:r w:rsidR="00E1451E">
        <w:t>ochrana</w:t>
      </w:r>
      <w:proofErr w:type="spellEnd"/>
      <w:r w:rsidR="00E1451E">
        <w:t xml:space="preserve"> </w:t>
      </w:r>
      <w:proofErr w:type="spellStart"/>
      <w:r w:rsidR="00E1451E">
        <w:t>osobných</w:t>
      </w:r>
      <w:proofErr w:type="spellEnd"/>
      <w:r w:rsidR="00E1451E">
        <w:t xml:space="preserve"> </w:t>
      </w:r>
      <w:proofErr w:type="spellStart"/>
      <w:r w:rsidR="00E1451E">
        <w:t>údajov</w:t>
      </w:r>
      <w:proofErr w:type="spellEnd"/>
      <w:r w:rsidR="00E1451E">
        <w:t xml:space="preserve"> </w:t>
      </w:r>
      <w:r w:rsidR="00E1451E" w:rsidRPr="00E1451E">
        <w:rPr>
          <w:u w:val="single"/>
        </w:rPr>
        <w:t>https://informovanie.osobnyudaj.sk/17336007/gdpr/sk/zakladne-informacie</w:t>
      </w:r>
    </w:p>
    <w:p w:rsidR="005F6CCA" w:rsidRPr="00F05D54" w:rsidRDefault="005F6CCA" w:rsidP="00711AEE">
      <w:pPr>
        <w:spacing w:after="120"/>
        <w:jc w:val="both"/>
        <w:rPr>
          <w:lang w:val="sk-SK"/>
        </w:rPr>
      </w:pPr>
    </w:p>
    <w:p w:rsidR="005F6CCA" w:rsidRPr="00F05D54" w:rsidRDefault="005F6CCA" w:rsidP="00711AEE">
      <w:pPr>
        <w:spacing w:after="120"/>
        <w:jc w:val="both"/>
        <w:rPr>
          <w:lang w:val="sk-SK"/>
        </w:rPr>
      </w:pPr>
    </w:p>
    <w:p w:rsidR="005F6CCA" w:rsidRPr="00F05D54" w:rsidRDefault="005F6CCA" w:rsidP="00711AEE">
      <w:pPr>
        <w:spacing w:after="120"/>
        <w:jc w:val="both"/>
        <w:rPr>
          <w:lang w:val="sk-SK"/>
        </w:rPr>
      </w:pPr>
      <w:r w:rsidRPr="00F05D54">
        <w:rPr>
          <w:lang w:val="sk-SK"/>
        </w:rPr>
        <w:t>Bol/a som oboznámený/á s informáciou o spracúvaní osobných údajov a s právami dotknutej osoby podľa nariadenia Európskeho parlamentu a Rady (EÚ) 2016/679 (GDPR) a zákona č. 18/2018 Z. z. o ochrane osobných údajov.</w:t>
      </w:r>
    </w:p>
    <w:p w:rsidR="005F6CCA" w:rsidRPr="00F05D54" w:rsidRDefault="005F6CCA" w:rsidP="00711AEE">
      <w:pPr>
        <w:spacing w:after="120"/>
        <w:jc w:val="both"/>
        <w:rPr>
          <w:lang w:val="sk-SK"/>
        </w:rPr>
      </w:pPr>
    </w:p>
    <w:p w:rsidR="005F6CCA" w:rsidRPr="00F05D54" w:rsidRDefault="005F6CCA" w:rsidP="00711AEE">
      <w:pPr>
        <w:spacing w:after="120"/>
        <w:jc w:val="both"/>
        <w:rPr>
          <w:lang w:val="sk-SK"/>
        </w:rPr>
      </w:pPr>
      <w:r w:rsidRPr="00F05D54">
        <w:rPr>
          <w:lang w:val="sk-SK"/>
        </w:rPr>
        <w:t>Dátum: ..............................................</w:t>
      </w:r>
    </w:p>
    <w:p w:rsidR="005F6CCA" w:rsidRPr="00F05D54" w:rsidRDefault="005F6CCA" w:rsidP="00711AEE">
      <w:pPr>
        <w:spacing w:after="120"/>
        <w:jc w:val="both"/>
        <w:rPr>
          <w:lang w:val="sk-SK"/>
        </w:rPr>
      </w:pPr>
      <w:r w:rsidRPr="00F05D54">
        <w:rPr>
          <w:lang w:val="sk-SK"/>
        </w:rPr>
        <w:t>Podpis pacienta / zákonného zástupcu: ..............................................</w:t>
      </w:r>
    </w:p>
    <w:sectPr w:rsidR="005F6CCA" w:rsidRPr="00F05D54" w:rsidSect="00034616">
      <w:footerReference w:type="default" r:id="rId10"/>
      <w:pgSz w:w="12240" w:h="15840"/>
      <w:pgMar w:top="680" w:right="907" w:bottom="73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70C" w:rsidRDefault="006E770C">
      <w:pPr>
        <w:spacing w:after="0" w:line="240" w:lineRule="auto"/>
      </w:pPr>
      <w:r>
        <w:separator/>
      </w:r>
    </w:p>
  </w:endnote>
  <w:endnote w:type="continuationSeparator" w:id="0">
    <w:p w:rsidR="006E770C" w:rsidRDefault="006E7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833" w:rsidRDefault="0016555B">
    <w:pPr>
      <w:pStyle w:val="Pta"/>
      <w:jc w:val="center"/>
    </w:pPr>
    <w:proofErr w:type="spellStart"/>
    <w:r>
      <w:t>Fakultná</w:t>
    </w:r>
    <w:proofErr w:type="spellEnd"/>
    <w:r>
      <w:t xml:space="preserve"> </w:t>
    </w:r>
    <w:proofErr w:type="spellStart"/>
    <w:r>
      <w:t>nemocnica</w:t>
    </w:r>
    <w:proofErr w:type="spellEnd"/>
    <w:r>
      <w:t xml:space="preserve"> Nitra | </w:t>
    </w:r>
    <w:proofErr w:type="spellStart"/>
    <w:r>
      <w:t>Informovaný</w:t>
    </w:r>
    <w:proofErr w:type="spellEnd"/>
    <w:r>
      <w:t xml:space="preserve"> </w:t>
    </w:r>
    <w:proofErr w:type="spellStart"/>
    <w:r>
      <w:t>súhlas</w:t>
    </w:r>
    <w:proofErr w:type="spellEnd"/>
    <w:r>
      <w:t xml:space="preserve"> – </w:t>
    </w:r>
    <w:proofErr w:type="spellStart"/>
    <w:r>
      <w:t>kapsulová</w:t>
    </w:r>
    <w:proofErr w:type="spellEnd"/>
    <w:r>
      <w:t xml:space="preserve"> </w:t>
    </w:r>
    <w:proofErr w:type="spellStart"/>
    <w:r>
      <w:t>enteroskopia</w:t>
    </w:r>
    <w:proofErr w:type="spellEnd"/>
    <w:r>
      <w:t xml:space="preserve"> | </w:t>
    </w:r>
    <w:proofErr w:type="spellStart"/>
    <w:r>
      <w:t>Strana</w:t>
    </w:r>
    <w:proofErr w:type="spellEnd"/>
    <w:r>
      <w:t xml:space="preserve"> </w:t>
    </w:r>
    <w:r>
      <w:fldChar w:fldCharType="begin"/>
    </w:r>
    <w:r>
      <w:instrText>PAGE</w:instrText>
    </w:r>
    <w:r>
      <w:fldChar w:fldCharType="separate"/>
    </w:r>
    <w:r w:rsidR="00E145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70C" w:rsidRDefault="006E770C">
      <w:pPr>
        <w:spacing w:after="0" w:line="240" w:lineRule="auto"/>
      </w:pPr>
      <w:r>
        <w:separator/>
      </w:r>
    </w:p>
  </w:footnote>
  <w:footnote w:type="continuationSeparator" w:id="0">
    <w:p w:rsidR="006E770C" w:rsidRDefault="006E7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0DE9"/>
    <w:rsid w:val="0015074B"/>
    <w:rsid w:val="0016555B"/>
    <w:rsid w:val="0029639D"/>
    <w:rsid w:val="00326F90"/>
    <w:rsid w:val="005F6CCA"/>
    <w:rsid w:val="006E770C"/>
    <w:rsid w:val="006F4833"/>
    <w:rsid w:val="00711AEE"/>
    <w:rsid w:val="00AA1D8D"/>
    <w:rsid w:val="00B47730"/>
    <w:rsid w:val="00BB0BEB"/>
    <w:rsid w:val="00BC066C"/>
    <w:rsid w:val="00CB0664"/>
    <w:rsid w:val="00D73957"/>
    <w:rsid w:val="00D838F1"/>
    <w:rsid w:val="00E1451E"/>
    <w:rsid w:val="00F05D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D4F58"/>
  <w14:defaultImageDpi w14:val="300"/>
  <w15:docId w15:val="{BC3B9220-3944-48AF-B011-6C2D226A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  <w:rPr>
      <w:rFonts w:ascii="Arial" w:eastAsia="Arial" w:hAnsi="Arial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D739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nnitr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347EB5-7220-42F1-9C84-77420880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994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Vargova Mgr.</cp:lastModifiedBy>
  <cp:revision>6</cp:revision>
  <dcterms:created xsi:type="dcterms:W3CDTF">2026-08-11T11:17:00Z</dcterms:created>
  <dcterms:modified xsi:type="dcterms:W3CDTF">2026-08-18T05:11:00Z</dcterms:modified>
  <cp:category/>
</cp:coreProperties>
</file>